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666666"/>
          <w:sz w:val="20"/>
        </w:rPr>
        <w:t>Template only. Some payers accept applications only through their own portal or CAQH; use this letter where a payer asks for a letter of interest or accepts mailed or emailed materials.</w:t>
      </w:r>
    </w:p>
    <w:p/>
    <w:p>
      <w:r>
        <w:t>[Date]</w:t>
      </w:r>
    </w:p>
    <w:p/>
    <w:p>
      <w:r>
        <w:t>[Payer network management / credentialing department]</w:t>
      </w:r>
    </w:p>
    <w:p>
      <w:r>
        <w:t>[Address or portal]</w:t>
      </w:r>
    </w:p>
    <w:p/>
    <w:p>
      <w:r>
        <w:t>Dear Provider Network Management team,</w:t>
      </w:r>
    </w:p>
    <w:p/>
    <w:p>
      <w:r>
        <w:t>I am writing to apply for participation in your provider network. My name is [Your name, credentials], and I am the owner of [Practice name], a licensed mental health practice in Oregon.</w:t>
      </w:r>
    </w:p>
    <w:p>
      <w:r>
        <w:t>My individual NPI is [Individual NPI], and my group NPI is [Group NPI if any]. My tax ID is [Tax ID / EIN], and my CAQH ProView ID is [CAQH ProView ID]. I hold an Oregon [license type and number, expiration], in good standing.</w:t>
      </w:r>
    </w:p>
    <w:p>
      <w:r>
        <w:t>My practice is located at [Practice address(es) and telehealth], and I offer services in [Specialties, populations, languages]. I currently have [Availability for new clients] for new clients.</w:t>
      </w:r>
    </w:p>
    <w:p>
      <w:r>
        <w:t>I've enclosed the following in support of this application: [Enclosures list].</w:t>
      </w:r>
    </w:p>
    <w:p>
      <w:r>
        <w:t>I would appreciate confirmation of receipt of this application and, when you're able, an idea of the expected next step and timeline. Thank you for your consideration.</w:t>
      </w:r>
    </w:p>
    <w:p/>
    <w:p>
      <w:r>
        <w:t>Sincerely,</w:t>
      </w:r>
    </w:p>
    <w:p/>
    <w:p>
      <w:r>
        <w:t>[Your name, credentials]</w:t>
      </w:r>
    </w:p>
    <w:p>
      <w:r>
        <w:t>[Practice name]</w:t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5"/>
      </w:rPr>
      <w:t>Oregon Counselors · orcounselors.com/learn/insurance/oregon-payer-contacts-credentialing</w:t>
      <w:br/>
      <w:t>Eric Richers, LPC · Checked September 2026 · Not legal, tax, or accounting advice. Confirm every fee and form on the official page before you file.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Payer Application Cover Letter Template</dc:title>
  <dc:subject>orcounselors.com/learn</dc:subject>
  <dc:creator>Eric Richers</dc:creator>
  <cp:keywords/>
  <dc:description>generated by python-docx</dc:description>
  <cp:lastModifiedBy>Eric Richers</cp:lastModifiedBy>
  <cp:revision>1</cp:revision>
  <dcterms:created xsi:type="dcterms:W3CDTF">2026-09-24T00:00:00Z</dcterms:created>
  <dcterms:modified xsi:type="dcterms:W3CDTF">2026-09-24T00:00:00Z</dcterms:modified>
  <cp:category/>
</cp:coreProperties>
</file>